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сержант Семенов Павел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Семенов Павел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Сэм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30.08.1992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ВЕ-259293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