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главный старшина Парамонов Юрий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Парамонов Юрий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Морпех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11.03.1987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главный старшина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Х-648703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