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(ВБПЛА 1 мсб) в/звание главный старшина Парамонов Юрий Васильевич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Парамонов Юрий Васильевич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Морпех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11.03.1987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главный старшина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Оператор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Х-648703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02:22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