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ефрейтор Давыдов Игорь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Давыдов Игорь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Давыд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03.11.1989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СА-064958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