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ефрейтор Абаев Алан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Абаев Алан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28.11.1988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Э-510200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