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(ВБПЛА 1 мсб) в/звание младший сержант Гришунов Сергей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Гришунов Сергей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Гора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28.12.1989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Х-720593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