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(ВБПЛА 1 мсб) в/звание младший сержант Гришунов Сергей Сергеевич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Гришунов Сергей Сергеевич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Гора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28.12.1989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младший сержант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моб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Старший оператор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Х-720593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04:58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