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младший лейтенант Павлов Алексей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Павлов Алексей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Вальмонт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24.12.1993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МТ-401572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