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рядовой Молчанов Николай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Молчанов Николай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Воробей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24.05.1990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Стрелок-зенитчик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МТ-875866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