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рядовой Шаповалов Андрей Олегович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Шаповалов Андрей Олегович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Эндрю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04.02.2003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МТ-500572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