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(1 МСР 1 мсб) в/звание рядовой Демидов Павел Александрович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Демидов Павел Александрович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Пушкин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22.10.1998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Наводчик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МТ-915299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02:47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