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Демидов Павел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Демидов Павел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Пушкин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22.10.1998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МТ-915299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