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младший сержант Устинов Евгений Борисович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Устинов Евгений Борисович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Физик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30.07.1979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АВ-333338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