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(ЗРВ 1 мсб) в/звание младший сержант Устинов Евгений Борисович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Устинов Евгений Борисович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Физик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30.07.1979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младший сержант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4 — солдаты / к/с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Механик-водитель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АВ-333338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08.09.2026 00:20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