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младший сержант Катана Артем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Катана Артем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Самурай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26.02.2001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РА-155470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