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(ЗРВ 1 мсб) в/звание ефрейтор Мыльников Алексей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Мыльников Алексей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Мельник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29.04.1998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Стрелок-зенитчик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АВ-959006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