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младший сержант Ким Павел Русланович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Ким Павел Русланович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Сова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13.01.2004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Стрелок-зенитчик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АБ-015966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