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(ЗРВ 1 мсб) в/звание младший сержант Войтович Юрий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Войтович Юрий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Войто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26.04.1982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МТ-894188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