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сержант Селезнев Алексей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лезнев Алексей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11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9192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