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сержант Селезнев Алексе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лезнев Алексе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11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9192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