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рядовой Маллаев Мухаммадрасул Курбонидинович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Маллаев Мухаммадрасул Курбонидинович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Навигатор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18.07.2003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Стрелок-зенитчик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СА-549381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