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(ЗРВ 1 мсб) в/звание рядовой Сухачев Сергей Петрович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Сухачев Сергей Петрович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Сухич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03.01.2005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Стрелок-зенитчик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АБ-030756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