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младший сержант Хорошев Игорь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Хорошев Игорь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Хорик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23.10.1993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ЕХ-983501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