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(ЗРВ 1 мсб) в/звание сержант Юдин Руслан Вячеславович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Юдин Руслан Вячеславович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Архимед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01.12.1995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РА-170777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00:28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