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Трефилов Денис Дмитриевич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Трефилов Денис Дмитриевич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Айти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06.06.2000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РА-469289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