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(ЗРВ 1 мсб) в/звание капитан Тюмин Сергей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Тюмин Сергей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Бурлак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26.11.1987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капитан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Ф-019574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