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(ВПТУР 1 мсб) в/звание рядовой Мышакин Дмитрий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Мышакин Дмитрий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Кактус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16.11.1985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СА-020610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