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(ВПТУР 1 мсб) в/звание рядовой Озеров Александр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Озеров Александр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Космо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10.05.1996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СА-057183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