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(ВПТУР 1 мсб) в/звание рядовой Ковригин Павел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Ковригин Павел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Батек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20.07.1978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оператор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АВ-251349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22:52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