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(ВПТУР 1 мсб) в/звание рядовой Тебеньков Дмитрий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Тебеньков Дмитрий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Вагура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17.05.1981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СА-073456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