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(ВПТУР 1 мсб) в/звание младший сержант Кель Андрей Михайлович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Кель Андрей Михайлович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Гельмут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21.07.1970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младший сержант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3 — сержанты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Командир отделения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МТ-907295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09.09.2026 03:58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