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младший сержант Петкус Юрий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Петкус Юрий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Чип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01.03.1988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 - 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АБ-015330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01:46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