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Никитин Андрей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Никитин Андрей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Андроид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10.04.1981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СА-008239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