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(МИНБАТР 1 мсб) в/звание рядовой Никитин Андрей Владимирович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Никитин Андрей Владимирович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Андроид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10.04.1981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радиотелефонист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СА-008239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09.09.2026 03:58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