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Кутюмин Владимир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Кутюмин Владимир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Хвост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31.08.1984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СА-054809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