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младший сержант Курчевский Анатолий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Курчевский Анатолий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Каток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16.12.1990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Заместитель командира боевой машины - наводчик-оператор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ЕХ-981344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00:20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