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Курчевский Анатолий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Курчевский Анатолий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Каток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16.12.1990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ЕХ-981344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