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(МИНБАТР 1 мсб) в/звание ефрейтор Чернавин Евгений Александрович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Чернавин Евгений Александрович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Длинный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10.01.1985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ефрейтор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Водитель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АВ-204544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09.09.2026 01:45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