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ефрейтор Чернавин Евгений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Чернавин Евгений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Длинный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10.01.1985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ефрейтор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АВ-204544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01:16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