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(МИНБАТР 1 мсб) в/звание младший сержант Мелехин Давид Михайлович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Мелехин Давид Михайлович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Квадрокоптер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09.02.2000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младший сержант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Дальномерщик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УК-519251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02:48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