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младший сержант Мелехин Давид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Мелехин Давид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Квадрокоптер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09.02.2000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Дальномерщик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УК-519251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