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Мордуев Рихард Евгеневич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Мордуев Рихард Евгеневич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07.01.1984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Разведчик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АБ-032312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