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Ветров Виктор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Ветров Виктор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Филин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21.11.1976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МТ-570013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