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(МИНБАТР 1 мсб) в/звание рядовой Ветров Виктор Васильевич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Ветров Виктор Васильевич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Филин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21.11.1976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3 — сержанты / моб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Командир отделения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МТ-570013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12:56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