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рядовой Королев Александр Васильевич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Королев Александр Васильевич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Малик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31.10.1973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вычислитель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МТ-571303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02:18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