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Королев Александр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Королев Александр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31.10.1973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вычислитель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МТ-571303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