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старший лейтенант Ментов Константин Константинович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Ментов Константин Константинович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Ментос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22.02.1973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У-963044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