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Преснов Андрей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Преснов Андрей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Прес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08.01.1973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СА-549453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