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ефрейтор Макеев Евгений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Макеев Евгений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Тайпан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13.06.1991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Мастер - 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Ю-342484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00:51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