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(МИНБАТР 1 мсб) в/звание ефрейтор Макеев Евгений Юрьевич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Макеев Евгений Юрьевич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Тайпан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13.06.1991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ефрейтор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моб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Мастер - номер расчета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Ю-342484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03:07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