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рядовой Игнатов Алексей Иванович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Игнатов Алексей Иванович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Алекс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04.12.1974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СА-050325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01:11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