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(МИНБАТР 1 мсб) в/звание матрос Валов Дмитрий Васильевич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Валов Дмитрий Васильевич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Митя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27.04.1988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матрос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Водитель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АБ-015437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01:11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