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(1 МСР 1 мсб) в/звание рядовой Ткач Виталий Александрович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Ткач Виталий Александрович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Тьма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21.07.1976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рядовой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3 — сержанты / к/с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Командир отделения - командир боевой машины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СА-066197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12:56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