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рядовой Ткач Виталий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Ткач Виталий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Тьма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21.07.1976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СА-066197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01:07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