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(МИНБАТР 1 мсб) в/звание младший сержант Патокин Артем Александрович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Патокин Артем Александрович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Монах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30.03.1999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наводчик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ВС-452768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00:46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