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младший сержант Патокин Артем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Патокин Артем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Монах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30.03.1999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ВС-452768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01:41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