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(МИНБАТР 1 мсб) в/звание сержант Жданов Евгений Владимирович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Жданов Евгений Владимирович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Ясень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18.11.1993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 — сержанты / моб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миномета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Х-721763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22:53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