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сержант Жданов Евгений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Жданов Евгений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Ясень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18.11.1993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Х-721763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