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(МИНБАТР 1 мсб) в/звание матрос Николаев Дмитрий Андреевич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Николаев Дмитрий Андреевич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Никола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18.03.1988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матрос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Номер расчета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АБ-017986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04:05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