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матрос Николаев Дмитрий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Николаев Дмитрий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Никола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18.03.1988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АБ-017986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