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младший сержант Романов Владислав Витальевич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Романов Владислав Витальевич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Ромаха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26.03.1996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 - 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ВЕ-269319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