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рядовой Высоких Дмитрий Георгиевич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Высоких Дмитрий Георгиевич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Высота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22.02.1983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СА-079316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23:09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