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Асташенок Константин Иосифович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Асташенок Константин Иосифович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Дядька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13.07.1978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МТ-571287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