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(МИНБАТР 1 мсб) в/звание ефрейтор Асташенок Константин Иосифович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Асташенок Константин Иосифович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Дядька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13.07.1978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ефрейтор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3 — сержанты / моб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Командир миномета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МТ-571287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23:38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