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Попков Илья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Попков Илья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Гамора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04.06.2001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МТ-574520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00:19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