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Титов Павел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Титов Павел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22.04.1988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Э-393834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