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Левичев Алексей Алексеевич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Левичев Алексей Алексеевич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Лёва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20.06.1993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Х-723640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